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sz w:val="64"/>
        </w:rPr>
        <w:t>INVOICE</w:t>
      </w:r>
    </w:p>
    <w:p>
      <w:r>
        <w:rPr>
          <w:b/>
        </w:rPr>
        <w:t>[Your business name]</w:t>
      </w:r>
    </w:p>
    <w:p>
      <w:r>
        <w:t>[Address, city, province, postal code]</w:t>
        <w:br/>
        <w:t>[Email and phone]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Invoice no. [2026-001]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Date [YYYY-MM-DD]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Due [YYYY-MM-DD]</w:t>
            </w:r>
          </w:p>
        </w:tc>
      </w:tr>
    </w:tbl>
    <w:p>
      <w:pPr>
        <w:spacing w:before="280"/>
      </w:pPr>
      <w:r>
        <w:rPr>
          <w:b/>
        </w:rPr>
        <w:t>BILL TO</w:t>
      </w:r>
    </w:p>
    <w:p>
      <w:r>
        <w:t>[Client name / legal business name]</w:t>
        <w:br/>
        <w:t>[Client address and email]</w:t>
      </w:r>
    </w:p>
    <w:p>
      <w:r>
        <w:t>GST/HST no.: [if registered]    QST/PST no.: [if registered]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1008"/>
        <w:gridCol w:w="2016"/>
        <w:gridCol w:w="2160"/>
      </w:tblGrid>
      <w:tr>
        <w:trPr>
          <w:tblHeader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[Service / product]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2160"/>
      </w:tblGrid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Subtotal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GST/HST [rate %]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QST/PST [rate %]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Total (CAD)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Paid (CAD)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BALANCE DUE (CAD)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</w:tbl>
    <w:p>
      <w:pPr>
        <w:spacing w:before="240"/>
      </w:pPr>
      <w:r>
        <w:rPr>
          <w:b/>
        </w:rPr>
        <w:t>PAYMENT DETAILS</w:t>
      </w:r>
    </w:p>
    <w:p>
      <w:r>
        <w:t>[Interac email / instructions / payment terms / purchase order]</w:t>
      </w:r>
    </w:p>
    <w:p>
      <w:r>
        <w:t>Thank you for your business.</w:t>
      </w:r>
    </w:p>
    <w:p>
      <w:r>
        <w:rPr>
          <w:sz w:val="16"/>
        </w:rPr>
        <w:t>Template by Just Invoice · Made in Canada · justinvoice.ca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182C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invoice template</dc:title>
  <dc:subject/>
  <dc:creator>Just Invoice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